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6F89" w14:textId="50757A81" w:rsidR="00E15B60" w:rsidRPr="005D28E5" w:rsidRDefault="00BD2F65">
      <w:pPr>
        <w:pStyle w:val="Titolo1"/>
        <w:jc w:val="center"/>
        <w:rPr>
          <w:i/>
          <w:iCs/>
        </w:rPr>
      </w:pPr>
      <w:r w:rsidRPr="005D28E5">
        <w:rPr>
          <w:i/>
          <w:iCs/>
        </w:rPr>
        <w:t>ESTATE BIMBI 2026</w:t>
      </w:r>
      <w:r w:rsidR="005D28E5" w:rsidRPr="005D28E5">
        <w:rPr>
          <w:i/>
          <w:iCs/>
        </w:rPr>
        <w:br/>
        <w:t>Asilo San G</w:t>
      </w:r>
      <w:r w:rsidR="005D28E5">
        <w:rPr>
          <w:i/>
          <w:iCs/>
        </w:rPr>
        <w:t>i</w:t>
      </w:r>
      <w:r w:rsidR="005D28E5" w:rsidRPr="005D28E5">
        <w:rPr>
          <w:i/>
          <w:iCs/>
        </w:rPr>
        <w:t>useppe</w:t>
      </w:r>
    </w:p>
    <w:p w14:paraId="592068B3" w14:textId="77777777" w:rsidR="005D28E5" w:rsidRDefault="005D28E5" w:rsidP="005D28E5">
      <w:pPr>
        <w:jc w:val="both"/>
      </w:pPr>
    </w:p>
    <w:p w14:paraId="705FC40B" w14:textId="5D72E464" w:rsidR="00E15B60" w:rsidRDefault="00BD2F65" w:rsidP="005D28E5">
      <w:pPr>
        <w:jc w:val="both"/>
      </w:pPr>
      <w:proofErr w:type="spellStart"/>
      <w:r>
        <w:t>Anche</w:t>
      </w:r>
      <w:proofErr w:type="spellEnd"/>
      <w:r>
        <w:t xml:space="preserve"> </w:t>
      </w:r>
      <w:proofErr w:type="spellStart"/>
      <w:r>
        <w:t>quest’anno</w:t>
      </w:r>
      <w:proofErr w:type="spellEnd"/>
      <w:r>
        <w:t xml:space="preserve"> la nostra </w:t>
      </w:r>
      <w:proofErr w:type="spellStart"/>
      <w:r>
        <w:t>scuola</w:t>
      </w:r>
      <w:proofErr w:type="spellEnd"/>
      <w:r>
        <w:t xml:space="preserve"> propone </w:t>
      </w:r>
      <w:proofErr w:type="spellStart"/>
      <w:r w:rsidR="005D28E5">
        <w:t>l’</w:t>
      </w:r>
      <w:r>
        <w:t>Estate</w:t>
      </w:r>
      <w:proofErr w:type="spellEnd"/>
      <w:r>
        <w:t xml:space="preserve"> Bimbi: quattro </w:t>
      </w:r>
      <w:proofErr w:type="spellStart"/>
      <w:r>
        <w:t>settimane</w:t>
      </w:r>
      <w:proofErr w:type="spellEnd"/>
      <w:r>
        <w:t xml:space="preserve"> ricche di attività, laboratori, uscite e nuove esperienze pensate per far vivere ai bambini </w:t>
      </w:r>
      <w:proofErr w:type="spellStart"/>
      <w:r>
        <w:t>giornate</w:t>
      </w:r>
      <w:proofErr w:type="spellEnd"/>
      <w:r>
        <w:t xml:space="preserve"> </w:t>
      </w:r>
      <w:proofErr w:type="spellStart"/>
      <w:r>
        <w:t>stimolanti</w:t>
      </w:r>
      <w:proofErr w:type="spellEnd"/>
      <w:r>
        <w:t xml:space="preserve"> e </w:t>
      </w:r>
      <w:proofErr w:type="spellStart"/>
      <w:r>
        <w:t>divertenti</w:t>
      </w:r>
      <w:proofErr w:type="spellEnd"/>
      <w:r w:rsidR="006D7D7A">
        <w:t xml:space="preserve"> </w:t>
      </w:r>
      <w:proofErr w:type="spellStart"/>
      <w:r>
        <w:t>trasformando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giornata</w:t>
      </w:r>
      <w:proofErr w:type="spellEnd"/>
      <w:r>
        <w:t xml:space="preserve"> in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piccola</w:t>
      </w:r>
      <w:proofErr w:type="spellEnd"/>
      <w:r>
        <w:t xml:space="preserve"> </w:t>
      </w:r>
      <w:proofErr w:type="spellStart"/>
      <w:r>
        <w:t>avventura</w:t>
      </w:r>
      <w:proofErr w:type="spellEnd"/>
      <w:r>
        <w:t>.</w:t>
      </w:r>
      <w:r w:rsidR="005D28E5">
        <w:t xml:space="preserve"> Si </w:t>
      </w:r>
      <w:proofErr w:type="spellStart"/>
      <w:r w:rsidR="005D28E5">
        <w:t>parte</w:t>
      </w:r>
      <w:proofErr w:type="spellEnd"/>
      <w:r w:rsidR="005D28E5">
        <w:t xml:space="preserve"> </w:t>
      </w:r>
      <w:proofErr w:type="spellStart"/>
      <w:r w:rsidR="005D28E5">
        <w:t>lunedì</w:t>
      </w:r>
      <w:proofErr w:type="spellEnd"/>
      <w:r w:rsidR="005D28E5">
        <w:t xml:space="preserve"> 6 </w:t>
      </w:r>
      <w:proofErr w:type="spellStart"/>
      <w:r w:rsidR="005D28E5">
        <w:t>luglio</w:t>
      </w:r>
      <w:proofErr w:type="spellEnd"/>
      <w:r w:rsidR="005D28E5">
        <w:t xml:space="preserve"> 2026.</w:t>
      </w:r>
      <w:r w:rsidR="00987433">
        <w:br/>
      </w:r>
      <w:r w:rsidR="005D28E5">
        <w:br/>
      </w:r>
      <w:proofErr w:type="spellStart"/>
      <w:r w:rsidR="005D28E5" w:rsidRPr="005D28E5">
        <w:rPr>
          <w:b/>
          <w:bCs/>
        </w:rPr>
        <w:t>Attenzione</w:t>
      </w:r>
      <w:proofErr w:type="spellEnd"/>
      <w:r w:rsidR="005D28E5" w:rsidRPr="005D28E5">
        <w:t xml:space="preserve">: </w:t>
      </w:r>
      <w:proofErr w:type="spellStart"/>
      <w:r w:rsidR="005D28E5" w:rsidRPr="005D28E5">
        <w:t>i</w:t>
      </w:r>
      <w:proofErr w:type="spellEnd"/>
      <w:r w:rsidR="005D28E5" w:rsidRPr="005D28E5">
        <w:t xml:space="preserve"> </w:t>
      </w:r>
      <w:proofErr w:type="spellStart"/>
      <w:r w:rsidR="005D28E5" w:rsidRPr="005D28E5">
        <w:t>primi</w:t>
      </w:r>
      <w:proofErr w:type="spellEnd"/>
      <w:r w:rsidR="005D28E5" w:rsidRPr="005D28E5">
        <w:t xml:space="preserve"> </w:t>
      </w:r>
      <w:proofErr w:type="spellStart"/>
      <w:r w:rsidR="005D28E5" w:rsidRPr="005D28E5">
        <w:t>tre</w:t>
      </w:r>
      <w:proofErr w:type="spellEnd"/>
      <w:r w:rsidR="005D28E5" w:rsidRPr="005D28E5">
        <w:t xml:space="preserve"> </w:t>
      </w:r>
      <w:proofErr w:type="spellStart"/>
      <w:r w:rsidR="005D28E5" w:rsidRPr="005D28E5">
        <w:t>giorni</w:t>
      </w:r>
      <w:proofErr w:type="spellEnd"/>
      <w:r w:rsidR="005D28E5">
        <w:t xml:space="preserve"> di </w:t>
      </w:r>
      <w:proofErr w:type="spellStart"/>
      <w:r w:rsidR="005D28E5">
        <w:t>luglio</w:t>
      </w:r>
      <w:proofErr w:type="spellEnd"/>
      <w:r w:rsidR="005D28E5" w:rsidRPr="005D28E5">
        <w:t xml:space="preserve"> </w:t>
      </w:r>
      <w:proofErr w:type="spellStart"/>
      <w:r w:rsidR="005D28E5" w:rsidRPr="005D28E5">
        <w:t>fanno</w:t>
      </w:r>
      <w:proofErr w:type="spellEnd"/>
      <w:r w:rsidR="005D28E5" w:rsidRPr="005D28E5">
        <w:t xml:space="preserve"> </w:t>
      </w:r>
      <w:proofErr w:type="spellStart"/>
      <w:r w:rsidR="005D28E5" w:rsidRPr="005D28E5">
        <w:t>già</w:t>
      </w:r>
      <w:proofErr w:type="spellEnd"/>
      <w:r w:rsidR="005D28E5" w:rsidRPr="005D28E5">
        <w:t xml:space="preserve"> </w:t>
      </w:r>
      <w:proofErr w:type="spellStart"/>
      <w:r w:rsidR="005D28E5" w:rsidRPr="005D28E5">
        <w:t>parte</w:t>
      </w:r>
      <w:proofErr w:type="spellEnd"/>
      <w:r w:rsidR="005D28E5" w:rsidRPr="005D28E5">
        <w:t xml:space="preserve"> di Estate Bimbi</w:t>
      </w:r>
      <w:r w:rsidR="00987433">
        <w:t>.</w:t>
      </w:r>
    </w:p>
    <w:p w14:paraId="24F0BBB4" w14:textId="77777777" w:rsidR="00E15B60" w:rsidRDefault="00BD2F65">
      <w:pPr>
        <w:pStyle w:val="Titolo2"/>
      </w:pPr>
      <w:r>
        <w:t>Prima settimana</w:t>
      </w:r>
    </w:p>
    <w:p w14:paraId="425DBCD6" w14:textId="2E302A65" w:rsidR="00E15B60" w:rsidRDefault="00BD2F65">
      <w:pPr>
        <w:pStyle w:val="Puntoelenco"/>
      </w:pPr>
      <w:proofErr w:type="spellStart"/>
      <w:r>
        <w:t>Lunedì</w:t>
      </w:r>
      <w:proofErr w:type="spellEnd"/>
      <w:r w:rsidR="005D28E5">
        <w:t xml:space="preserve"> 6</w:t>
      </w:r>
      <w:r>
        <w:t xml:space="preserve"> – </w:t>
      </w:r>
      <w:proofErr w:type="spellStart"/>
      <w:r>
        <w:t>Laboratorio</w:t>
      </w:r>
      <w:proofErr w:type="spellEnd"/>
      <w:r>
        <w:t xml:space="preserve"> 'Mani in pasta'</w:t>
      </w:r>
    </w:p>
    <w:p w14:paraId="21222C6B" w14:textId="3A2EB835" w:rsidR="00E15B60" w:rsidRDefault="00BD2F65">
      <w:pPr>
        <w:pStyle w:val="Puntoelenco"/>
      </w:pPr>
      <w:proofErr w:type="spellStart"/>
      <w:r>
        <w:t>Martedì</w:t>
      </w:r>
      <w:proofErr w:type="spellEnd"/>
      <w:r w:rsidR="005D28E5">
        <w:t xml:space="preserve"> 7</w:t>
      </w:r>
      <w:r>
        <w:t xml:space="preserve"> – Tutti chef: macedonia degli amici</w:t>
      </w:r>
    </w:p>
    <w:p w14:paraId="370ED412" w14:textId="7BE7C5A8" w:rsidR="00E15B60" w:rsidRDefault="00BD2F65">
      <w:pPr>
        <w:pStyle w:val="Puntoelenco"/>
      </w:pPr>
      <w:proofErr w:type="spellStart"/>
      <w:r>
        <w:t>Mercoledì</w:t>
      </w:r>
      <w:proofErr w:type="spellEnd"/>
      <w:r w:rsidR="005D28E5">
        <w:t xml:space="preserve"> 8</w:t>
      </w:r>
      <w:r>
        <w:t xml:space="preserve"> – </w:t>
      </w:r>
      <w:proofErr w:type="spellStart"/>
      <w:r>
        <w:t>Visita</w:t>
      </w:r>
      <w:proofErr w:type="spellEnd"/>
      <w:r>
        <w:t xml:space="preserve"> al m</w:t>
      </w:r>
      <w:r>
        <w:t>ercato: 'Faccio la spesa per mangiare'</w:t>
      </w:r>
    </w:p>
    <w:p w14:paraId="4EEA9027" w14:textId="005DD462" w:rsidR="00E15B60" w:rsidRDefault="00BD2F65">
      <w:pPr>
        <w:pStyle w:val="Puntoelenco"/>
      </w:pPr>
      <w:proofErr w:type="spellStart"/>
      <w:r>
        <w:t>Giovedì</w:t>
      </w:r>
      <w:proofErr w:type="spellEnd"/>
      <w:r>
        <w:t xml:space="preserve"> </w:t>
      </w:r>
      <w:r w:rsidR="005D28E5">
        <w:t xml:space="preserve">9 </w:t>
      </w:r>
      <w:r>
        <w:t>– Funky Baby</w:t>
      </w:r>
    </w:p>
    <w:p w14:paraId="17A90B4D" w14:textId="2C46BEE1" w:rsidR="00E15B60" w:rsidRDefault="00BD2F65">
      <w:pPr>
        <w:pStyle w:val="Puntoelenco"/>
      </w:pPr>
      <w:proofErr w:type="spellStart"/>
      <w:r>
        <w:t>Venerdì</w:t>
      </w:r>
      <w:proofErr w:type="spellEnd"/>
      <w:r>
        <w:t xml:space="preserve"> </w:t>
      </w:r>
      <w:r w:rsidR="005D28E5">
        <w:t xml:space="preserve">10 </w:t>
      </w:r>
      <w:r>
        <w:t xml:space="preserve">– Gita </w:t>
      </w:r>
      <w:proofErr w:type="spellStart"/>
      <w:r>
        <w:t>all’Aeroporto</w:t>
      </w:r>
      <w:proofErr w:type="spellEnd"/>
      <w:r>
        <w:t xml:space="preserve"> di </w:t>
      </w:r>
      <w:proofErr w:type="spellStart"/>
      <w:r>
        <w:t>Levaldigi</w:t>
      </w:r>
      <w:proofErr w:type="spellEnd"/>
    </w:p>
    <w:p w14:paraId="4B23485D" w14:textId="77777777" w:rsidR="00E15B60" w:rsidRDefault="00BD2F65">
      <w:pPr>
        <w:pStyle w:val="Titolo2"/>
      </w:pPr>
      <w:r>
        <w:t>Seconda settimana</w:t>
      </w:r>
    </w:p>
    <w:p w14:paraId="239BE4E3" w14:textId="4A88858A" w:rsidR="00E15B60" w:rsidRDefault="00BD2F65">
      <w:pPr>
        <w:pStyle w:val="Puntoelenco"/>
      </w:pPr>
      <w:proofErr w:type="spellStart"/>
      <w:r>
        <w:t>Lunedì</w:t>
      </w:r>
      <w:proofErr w:type="spellEnd"/>
      <w:r>
        <w:t xml:space="preserve"> </w:t>
      </w:r>
      <w:r w:rsidR="005D28E5">
        <w:t xml:space="preserve">13 </w:t>
      </w:r>
      <w:r>
        <w:t xml:space="preserve">– Floris: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arte</w:t>
      </w:r>
      <w:proofErr w:type="spellEnd"/>
      <w:r>
        <w:t>, natura e tecnologia</w:t>
      </w:r>
    </w:p>
    <w:p w14:paraId="2EA8AEC9" w14:textId="739C02A2" w:rsidR="00E15B60" w:rsidRDefault="00BD2F65">
      <w:pPr>
        <w:pStyle w:val="Puntoelenco"/>
      </w:pPr>
      <w:proofErr w:type="spellStart"/>
      <w:r>
        <w:t>Martedì</w:t>
      </w:r>
      <w:proofErr w:type="spellEnd"/>
      <w:r>
        <w:t xml:space="preserve"> </w:t>
      </w:r>
      <w:r w:rsidR="005D28E5">
        <w:t xml:space="preserve">14 </w:t>
      </w:r>
      <w:r>
        <w:t xml:space="preserve">– Tombola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immagini</w:t>
      </w:r>
      <w:proofErr w:type="spellEnd"/>
      <w:r>
        <w:t xml:space="preserve"> e aperigioco musicale</w:t>
      </w:r>
    </w:p>
    <w:p w14:paraId="18461217" w14:textId="4C4A4AA2" w:rsidR="00E15B60" w:rsidRDefault="00BD2F65">
      <w:pPr>
        <w:pStyle w:val="Puntoelenco"/>
      </w:pPr>
      <w:proofErr w:type="spellStart"/>
      <w:r>
        <w:t>Mercoledì</w:t>
      </w:r>
      <w:proofErr w:type="spellEnd"/>
      <w:r>
        <w:t xml:space="preserve"> </w:t>
      </w:r>
      <w:r w:rsidR="005D28E5">
        <w:t xml:space="preserve">15 </w:t>
      </w:r>
      <w:r>
        <w:t xml:space="preserve">– </w:t>
      </w:r>
      <w:proofErr w:type="spellStart"/>
      <w:r>
        <w:t>Visita</w:t>
      </w:r>
      <w:proofErr w:type="spellEnd"/>
      <w:r>
        <w:t xml:space="preserve"> al </w:t>
      </w:r>
      <w:proofErr w:type="spellStart"/>
      <w:r>
        <w:t>mer</w:t>
      </w:r>
      <w:r>
        <w:t>cato</w:t>
      </w:r>
      <w:proofErr w:type="spellEnd"/>
      <w:r>
        <w:t>: 'Faccio la spesa per mangiare'</w:t>
      </w:r>
    </w:p>
    <w:p w14:paraId="5330B141" w14:textId="49BEF06A" w:rsidR="00E15B60" w:rsidRDefault="00BD2F65">
      <w:pPr>
        <w:pStyle w:val="Puntoelenco"/>
      </w:pPr>
      <w:proofErr w:type="spellStart"/>
      <w:r>
        <w:t>Giovedì</w:t>
      </w:r>
      <w:proofErr w:type="spellEnd"/>
      <w:r>
        <w:t xml:space="preserve"> </w:t>
      </w:r>
      <w:r w:rsidR="005D28E5">
        <w:t xml:space="preserve">16 </w:t>
      </w:r>
      <w:r>
        <w:t>– Pranzo in pizzeria e staffetta nel cortile del Vescovado</w:t>
      </w:r>
    </w:p>
    <w:p w14:paraId="0E0CED99" w14:textId="706D5868" w:rsidR="00E15B60" w:rsidRDefault="00BD2F65">
      <w:pPr>
        <w:pStyle w:val="Puntoelenco"/>
      </w:pPr>
      <w:proofErr w:type="spellStart"/>
      <w:r>
        <w:t>Venerdì</w:t>
      </w:r>
      <w:proofErr w:type="spellEnd"/>
      <w:r>
        <w:t xml:space="preserve"> </w:t>
      </w:r>
      <w:r w:rsidR="005D28E5">
        <w:t xml:space="preserve">17 </w:t>
      </w:r>
      <w:r>
        <w:t xml:space="preserve">– Gita </w:t>
      </w:r>
      <w:proofErr w:type="spellStart"/>
      <w:r>
        <w:t>alla</w:t>
      </w:r>
      <w:proofErr w:type="spellEnd"/>
      <w:r>
        <w:t xml:space="preserve"> Gallina Bianca</w:t>
      </w:r>
    </w:p>
    <w:p w14:paraId="2103B809" w14:textId="77777777" w:rsidR="00E15B60" w:rsidRDefault="00BD2F65">
      <w:pPr>
        <w:pStyle w:val="Titolo2"/>
      </w:pPr>
      <w:r>
        <w:t>Terza settimana</w:t>
      </w:r>
    </w:p>
    <w:p w14:paraId="26B8069D" w14:textId="3C4187CB" w:rsidR="00E15B60" w:rsidRDefault="00BD2F65">
      <w:pPr>
        <w:pStyle w:val="Puntoelenco"/>
      </w:pPr>
      <w:proofErr w:type="spellStart"/>
      <w:r>
        <w:t>Lunedì</w:t>
      </w:r>
      <w:proofErr w:type="spellEnd"/>
      <w:r w:rsidR="005D28E5">
        <w:t xml:space="preserve"> 20</w:t>
      </w:r>
      <w:r>
        <w:t xml:space="preserve"> – </w:t>
      </w:r>
      <w:proofErr w:type="spellStart"/>
      <w:r>
        <w:t>Accoglienza</w:t>
      </w:r>
      <w:proofErr w:type="spellEnd"/>
      <w:r>
        <w:t xml:space="preserve"> e Nutella Party</w:t>
      </w:r>
    </w:p>
    <w:p w14:paraId="7CE28A9A" w14:textId="030B4DB5" w:rsidR="00E15B60" w:rsidRDefault="00BD2F65">
      <w:pPr>
        <w:pStyle w:val="Puntoelenco"/>
      </w:pPr>
      <w:proofErr w:type="spellStart"/>
      <w:r>
        <w:t>Martedì</w:t>
      </w:r>
      <w:proofErr w:type="spellEnd"/>
      <w:r>
        <w:t xml:space="preserve"> </w:t>
      </w:r>
      <w:r w:rsidR="005D28E5">
        <w:t xml:space="preserve">21 </w:t>
      </w:r>
      <w:r>
        <w:t>– Cinema</w:t>
      </w:r>
    </w:p>
    <w:p w14:paraId="19EC206C" w14:textId="27C8E35A" w:rsidR="00E15B60" w:rsidRDefault="00BD2F65">
      <w:pPr>
        <w:pStyle w:val="Puntoelenco"/>
      </w:pPr>
      <w:proofErr w:type="spellStart"/>
      <w:r>
        <w:t>Mercoledì</w:t>
      </w:r>
      <w:proofErr w:type="spellEnd"/>
      <w:r>
        <w:t xml:space="preserve"> </w:t>
      </w:r>
      <w:r w:rsidR="005D28E5">
        <w:t xml:space="preserve">22 </w:t>
      </w:r>
      <w:r>
        <w:t xml:space="preserve">– </w:t>
      </w:r>
      <w:proofErr w:type="spellStart"/>
      <w:r>
        <w:t>Visita</w:t>
      </w:r>
      <w:proofErr w:type="spellEnd"/>
      <w:r>
        <w:t xml:space="preserve"> al </w:t>
      </w:r>
      <w:proofErr w:type="spellStart"/>
      <w:r>
        <w:t>mercato</w:t>
      </w:r>
      <w:proofErr w:type="spellEnd"/>
      <w:r>
        <w:t xml:space="preserve"> e giochi in orato</w:t>
      </w:r>
      <w:r>
        <w:t>rio</w:t>
      </w:r>
    </w:p>
    <w:p w14:paraId="12A4870F" w14:textId="4B532768" w:rsidR="00E15B60" w:rsidRDefault="00BD2F65">
      <w:pPr>
        <w:pStyle w:val="Puntoelenco"/>
      </w:pPr>
      <w:proofErr w:type="spellStart"/>
      <w:r>
        <w:t>Giovedì</w:t>
      </w:r>
      <w:proofErr w:type="spellEnd"/>
      <w:r>
        <w:t xml:space="preserve"> </w:t>
      </w:r>
      <w:r w:rsidR="005D28E5">
        <w:t xml:space="preserve">23 </w:t>
      </w:r>
      <w:r>
        <w:t xml:space="preserve">– Super divertimento sui </w:t>
      </w:r>
      <w:proofErr w:type="spellStart"/>
      <w:r>
        <w:t>gonfiabili</w:t>
      </w:r>
      <w:proofErr w:type="spellEnd"/>
    </w:p>
    <w:p w14:paraId="4CDE0A4A" w14:textId="4E26ECF3" w:rsidR="00E15B60" w:rsidRDefault="00BD2F65">
      <w:pPr>
        <w:pStyle w:val="Puntoelenco"/>
      </w:pPr>
      <w:proofErr w:type="spellStart"/>
      <w:r>
        <w:t>Venerdì</w:t>
      </w:r>
      <w:proofErr w:type="spellEnd"/>
      <w:r>
        <w:t xml:space="preserve"> </w:t>
      </w:r>
      <w:r w:rsidR="005D28E5">
        <w:t xml:space="preserve">24 </w:t>
      </w:r>
      <w:r>
        <w:t>– Gita a Casa Zapotek (Centallo)</w:t>
      </w:r>
    </w:p>
    <w:p w14:paraId="7D3D896D" w14:textId="77777777" w:rsidR="00E15B60" w:rsidRDefault="00BD2F65">
      <w:pPr>
        <w:pStyle w:val="Titolo2"/>
      </w:pPr>
      <w:r>
        <w:t>Quarta settimana</w:t>
      </w:r>
    </w:p>
    <w:p w14:paraId="3CCE24EA" w14:textId="27A44186" w:rsidR="00E15B60" w:rsidRDefault="00BD2F65">
      <w:pPr>
        <w:pStyle w:val="Puntoelenco"/>
      </w:pPr>
      <w:proofErr w:type="spellStart"/>
      <w:r>
        <w:t>Lunedì</w:t>
      </w:r>
      <w:proofErr w:type="spellEnd"/>
      <w:r>
        <w:t xml:space="preserve"> </w:t>
      </w:r>
      <w:r w:rsidR="005D28E5">
        <w:t xml:space="preserve">27 </w:t>
      </w:r>
      <w:r>
        <w:t xml:space="preserve">– </w:t>
      </w:r>
      <w:proofErr w:type="spellStart"/>
      <w:r>
        <w:t>Accoglienza</w:t>
      </w:r>
      <w:proofErr w:type="spellEnd"/>
      <w:r>
        <w:t xml:space="preserve"> e gelato </w:t>
      </w:r>
      <w:proofErr w:type="spellStart"/>
      <w:r>
        <w:t>insieme</w:t>
      </w:r>
      <w:proofErr w:type="spellEnd"/>
    </w:p>
    <w:p w14:paraId="4B6B0AD6" w14:textId="2D2C2087" w:rsidR="00E15B60" w:rsidRDefault="00BD2F65">
      <w:pPr>
        <w:pStyle w:val="Puntoelenco"/>
      </w:pPr>
      <w:proofErr w:type="spellStart"/>
      <w:r>
        <w:t>Martedì</w:t>
      </w:r>
      <w:proofErr w:type="spellEnd"/>
      <w:r>
        <w:t xml:space="preserve"> </w:t>
      </w:r>
      <w:r w:rsidR="005D28E5">
        <w:t xml:space="preserve">28 </w:t>
      </w:r>
      <w:r>
        <w:t>– Cinema</w:t>
      </w:r>
    </w:p>
    <w:p w14:paraId="648B87CF" w14:textId="33C79F9E" w:rsidR="00E15B60" w:rsidRDefault="00BD2F65">
      <w:pPr>
        <w:pStyle w:val="Puntoelenco"/>
      </w:pPr>
      <w:proofErr w:type="spellStart"/>
      <w:r>
        <w:t>Mercoledì</w:t>
      </w:r>
      <w:proofErr w:type="spellEnd"/>
      <w:r>
        <w:t xml:space="preserve"> </w:t>
      </w:r>
      <w:r w:rsidR="005D28E5">
        <w:t xml:space="preserve">29 </w:t>
      </w:r>
      <w:r>
        <w:t xml:space="preserve">– </w:t>
      </w:r>
      <w:proofErr w:type="spellStart"/>
      <w:r>
        <w:t>Visita</w:t>
      </w:r>
      <w:proofErr w:type="spellEnd"/>
      <w:r>
        <w:t xml:space="preserve"> al </w:t>
      </w:r>
      <w:proofErr w:type="spellStart"/>
      <w:r>
        <w:t>mercato</w:t>
      </w:r>
      <w:proofErr w:type="spellEnd"/>
      <w:r>
        <w:t xml:space="preserve"> e giochi in oratorio</w:t>
      </w:r>
    </w:p>
    <w:p w14:paraId="57E608C2" w14:textId="3F0DE348" w:rsidR="00E15B60" w:rsidRDefault="00BD2F65">
      <w:pPr>
        <w:pStyle w:val="Puntoelenco"/>
      </w:pPr>
      <w:proofErr w:type="spellStart"/>
      <w:r>
        <w:t>Giovedì</w:t>
      </w:r>
      <w:proofErr w:type="spellEnd"/>
      <w:r>
        <w:t xml:space="preserve"> </w:t>
      </w:r>
      <w:r w:rsidR="005D28E5">
        <w:t xml:space="preserve">30 </w:t>
      </w:r>
      <w:r>
        <w:t xml:space="preserve">– Super divertimento sui </w:t>
      </w:r>
      <w:proofErr w:type="spellStart"/>
      <w:r>
        <w:t>gonfiabili</w:t>
      </w:r>
      <w:proofErr w:type="spellEnd"/>
    </w:p>
    <w:p w14:paraId="2EEADE48" w14:textId="79E1BE9D" w:rsidR="00E15B60" w:rsidRDefault="00BD2F65">
      <w:pPr>
        <w:pStyle w:val="Puntoelenco"/>
      </w:pPr>
      <w:proofErr w:type="spellStart"/>
      <w:r>
        <w:t>Venerdì</w:t>
      </w:r>
      <w:proofErr w:type="spellEnd"/>
      <w:r>
        <w:t xml:space="preserve"> </w:t>
      </w:r>
      <w:r w:rsidR="005D28E5">
        <w:t xml:space="preserve">31 </w:t>
      </w:r>
      <w:r>
        <w:t>– Gita a La Stella Polare (Villanova d’Asti)</w:t>
      </w:r>
    </w:p>
    <w:sectPr w:rsidR="00E15B60" w:rsidSect="005D28E5">
      <w:pgSz w:w="12240" w:h="15840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549671">
    <w:abstractNumId w:val="8"/>
  </w:num>
  <w:num w:numId="2" w16cid:durableId="2128817488">
    <w:abstractNumId w:val="6"/>
  </w:num>
  <w:num w:numId="3" w16cid:durableId="325058657">
    <w:abstractNumId w:val="5"/>
  </w:num>
  <w:num w:numId="4" w16cid:durableId="63340306">
    <w:abstractNumId w:val="4"/>
  </w:num>
  <w:num w:numId="5" w16cid:durableId="1014504088">
    <w:abstractNumId w:val="7"/>
  </w:num>
  <w:num w:numId="6" w16cid:durableId="734743126">
    <w:abstractNumId w:val="3"/>
  </w:num>
  <w:num w:numId="7" w16cid:durableId="715080770">
    <w:abstractNumId w:val="2"/>
  </w:num>
  <w:num w:numId="8" w16cid:durableId="2023167445">
    <w:abstractNumId w:val="1"/>
  </w:num>
  <w:num w:numId="9" w16cid:durableId="1241603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926"/>
    <w:rsid w:val="00034616"/>
    <w:rsid w:val="0006063C"/>
    <w:rsid w:val="000B5CF8"/>
    <w:rsid w:val="0015074B"/>
    <w:rsid w:val="0029639D"/>
    <w:rsid w:val="002B0B14"/>
    <w:rsid w:val="00326F90"/>
    <w:rsid w:val="00330586"/>
    <w:rsid w:val="005623F1"/>
    <w:rsid w:val="005D28E5"/>
    <w:rsid w:val="006D7D7A"/>
    <w:rsid w:val="006F2613"/>
    <w:rsid w:val="00987433"/>
    <w:rsid w:val="00AA1D8D"/>
    <w:rsid w:val="00AF2F81"/>
    <w:rsid w:val="00B47730"/>
    <w:rsid w:val="00BD2F65"/>
    <w:rsid w:val="00CB0664"/>
    <w:rsid w:val="00E15B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F910EE"/>
  <w14:defaultImageDpi w14:val="300"/>
  <w15:docId w15:val="{8D606951-24FB-40F8-8DC7-1F5E74195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Opera Ancina</cp:lastModifiedBy>
  <cp:revision>2</cp:revision>
  <cp:lastPrinted>2026-06-03T13:03:00Z</cp:lastPrinted>
  <dcterms:created xsi:type="dcterms:W3CDTF">2026-06-03T13:03:00Z</dcterms:created>
  <dcterms:modified xsi:type="dcterms:W3CDTF">2026-06-03T13:03:00Z</dcterms:modified>
  <cp:category/>
</cp:coreProperties>
</file>